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3B3" w:rsidRPr="00E72C95" w:rsidRDefault="00030E92" w:rsidP="004633B3">
      <w:pPr>
        <w:pStyle w:val="Nagwek1"/>
        <w:spacing w:before="0"/>
        <w:jc w:val="center"/>
        <w:rPr>
          <w:color w:val="auto"/>
          <w:lang w:val="pl-PL"/>
        </w:rPr>
      </w:pPr>
      <w:r w:rsidRPr="00E72C95">
        <w:rPr>
          <w:color w:val="auto"/>
          <w:lang w:val="pl-PL"/>
        </w:rPr>
        <w:t>FORMULARZ ZGŁOSZENIOWY UCZESTNICTWA</w:t>
      </w:r>
    </w:p>
    <w:p w:rsidR="00CD57D9" w:rsidRPr="00E72C95" w:rsidRDefault="00030E92" w:rsidP="004633B3">
      <w:pPr>
        <w:pStyle w:val="Nagwek1"/>
        <w:spacing w:before="0"/>
        <w:jc w:val="center"/>
        <w:rPr>
          <w:color w:val="auto"/>
          <w:lang w:val="pl-PL"/>
        </w:rPr>
      </w:pPr>
      <w:r w:rsidRPr="00E72C95">
        <w:rPr>
          <w:color w:val="auto"/>
          <w:lang w:val="pl-PL"/>
        </w:rPr>
        <w:t xml:space="preserve">W </w:t>
      </w:r>
      <w:r w:rsidR="004633B3" w:rsidRPr="00E72C95">
        <w:rPr>
          <w:color w:val="auto"/>
          <w:lang w:val="pl-PL"/>
        </w:rPr>
        <w:t>I</w:t>
      </w:r>
      <w:r w:rsidRPr="00E72C95">
        <w:rPr>
          <w:color w:val="auto"/>
          <w:lang w:val="pl-PL"/>
        </w:rPr>
        <w:t>I SZTUMSKIM JARMARKU BOŻONARODZENIOWYM</w:t>
      </w:r>
    </w:p>
    <w:p w:rsidR="004633B3" w:rsidRPr="004633B3" w:rsidRDefault="004633B3" w:rsidP="004633B3">
      <w:pPr>
        <w:rPr>
          <w:lang w:val="pl-PL"/>
        </w:rPr>
      </w:pPr>
    </w:p>
    <w:p w:rsidR="00CD57D9" w:rsidRPr="004633B3" w:rsidRDefault="004633B3">
      <w:pPr>
        <w:rPr>
          <w:lang w:val="pl-PL"/>
        </w:rPr>
      </w:pPr>
      <w:r>
        <w:rPr>
          <w:lang w:val="pl-PL"/>
        </w:rPr>
        <w:t>Sztum, 6 grudnia 2026</w:t>
      </w:r>
      <w:r w:rsidR="00030E92" w:rsidRPr="004633B3">
        <w:rPr>
          <w:lang w:val="pl-PL"/>
        </w:rPr>
        <w:t xml:space="preserve"> r.</w:t>
      </w:r>
      <w:r w:rsidR="00030E92" w:rsidRPr="004633B3">
        <w:rPr>
          <w:lang w:val="pl-PL"/>
        </w:rPr>
        <w:br/>
        <w:t xml:space="preserve">Miejsce: </w:t>
      </w:r>
      <w:r>
        <w:rPr>
          <w:lang w:val="pl-PL"/>
        </w:rPr>
        <w:t>Plac Wolności w Sztumie (wokół k</w:t>
      </w:r>
      <w:r w:rsidR="00BC0B6A">
        <w:rPr>
          <w:lang w:val="pl-PL"/>
        </w:rPr>
        <w:t>ościo</w:t>
      </w:r>
      <w:r w:rsidR="00030E92" w:rsidRPr="004633B3">
        <w:rPr>
          <w:lang w:val="pl-PL"/>
        </w:rPr>
        <w:t>ł</w:t>
      </w:r>
      <w:r>
        <w:rPr>
          <w:lang w:val="pl-PL"/>
        </w:rPr>
        <w:t>a</w:t>
      </w:r>
      <w:r w:rsidR="00030E92" w:rsidRPr="004633B3">
        <w:rPr>
          <w:lang w:val="pl-PL"/>
        </w:rPr>
        <w:t xml:space="preserve"> </w:t>
      </w:r>
      <w:proofErr w:type="spellStart"/>
      <w:r w:rsidR="00030E92" w:rsidRPr="004633B3">
        <w:rPr>
          <w:lang w:val="pl-PL"/>
        </w:rPr>
        <w:t>poewangelicki</w:t>
      </w:r>
      <w:r>
        <w:rPr>
          <w:lang w:val="pl-PL"/>
        </w:rPr>
        <w:t>ego</w:t>
      </w:r>
      <w:proofErr w:type="spellEnd"/>
      <w:r>
        <w:rPr>
          <w:lang w:val="pl-PL"/>
        </w:rPr>
        <w:t xml:space="preserve">) </w:t>
      </w:r>
    </w:p>
    <w:p w:rsidR="00CD57D9" w:rsidRPr="00BC0B6A" w:rsidRDefault="00030E92">
      <w:pPr>
        <w:rPr>
          <w:b/>
          <w:lang w:val="pl-PL"/>
        </w:rPr>
      </w:pPr>
      <w:r w:rsidRPr="004633B3">
        <w:rPr>
          <w:lang w:val="pl-PL"/>
        </w:rPr>
        <w:br/>
      </w:r>
      <w:r w:rsidRPr="00BC0B6A">
        <w:rPr>
          <w:b/>
          <w:lang w:val="pl-PL"/>
        </w:rPr>
        <w:t>1. Dane Wystawcy:</w:t>
      </w:r>
    </w:p>
    <w:p w:rsidR="00CD57D9" w:rsidRPr="004633B3" w:rsidRDefault="00030E92">
      <w:pPr>
        <w:rPr>
          <w:lang w:val="pl-PL"/>
        </w:rPr>
      </w:pPr>
      <w:r w:rsidRPr="004633B3">
        <w:rPr>
          <w:lang w:val="pl-PL"/>
        </w:rPr>
        <w:t>• Imię i nazwisko / nazwa firmy: ___________</w:t>
      </w:r>
      <w:r w:rsidR="00BC0B6A">
        <w:rPr>
          <w:lang w:val="pl-PL"/>
        </w:rPr>
        <w:t>_______________________________</w:t>
      </w:r>
      <w:r w:rsidRPr="004633B3">
        <w:rPr>
          <w:lang w:val="pl-PL"/>
        </w:rPr>
        <w:t>___________________</w:t>
      </w:r>
    </w:p>
    <w:p w:rsidR="00CD57D9" w:rsidRPr="004633B3" w:rsidRDefault="00030E92">
      <w:pPr>
        <w:rPr>
          <w:lang w:val="pl-PL"/>
        </w:rPr>
      </w:pPr>
      <w:r w:rsidRPr="004633B3">
        <w:rPr>
          <w:lang w:val="pl-PL"/>
        </w:rPr>
        <w:t>• Adres zamieszkania / siedziby: __________________</w:t>
      </w:r>
      <w:r w:rsidR="00BC0B6A">
        <w:rPr>
          <w:lang w:val="pl-PL"/>
        </w:rPr>
        <w:t>_______________________________</w:t>
      </w:r>
      <w:r w:rsidRPr="004633B3">
        <w:rPr>
          <w:lang w:val="pl-PL"/>
        </w:rPr>
        <w:t>____________</w:t>
      </w:r>
    </w:p>
    <w:p w:rsidR="00CD57D9" w:rsidRPr="004633B3" w:rsidRDefault="00030E92">
      <w:pPr>
        <w:rPr>
          <w:lang w:val="pl-PL"/>
        </w:rPr>
      </w:pPr>
      <w:r w:rsidRPr="004633B3">
        <w:rPr>
          <w:lang w:val="pl-PL"/>
        </w:rPr>
        <w:t>• Numer telefonu kontaktowego: ______________________________</w:t>
      </w:r>
    </w:p>
    <w:p w:rsidR="00CD57D9" w:rsidRPr="004633B3" w:rsidRDefault="00030E92">
      <w:pPr>
        <w:rPr>
          <w:lang w:val="pl-PL"/>
        </w:rPr>
      </w:pPr>
      <w:r w:rsidRPr="004633B3">
        <w:rPr>
          <w:lang w:val="pl-PL"/>
        </w:rPr>
        <w:t>• Adres e-mail: _____________________________________________</w:t>
      </w:r>
    </w:p>
    <w:p w:rsidR="00CD57D9" w:rsidRPr="00BC0B6A" w:rsidRDefault="00030E92">
      <w:pPr>
        <w:rPr>
          <w:b/>
          <w:lang w:val="pl-PL"/>
        </w:rPr>
      </w:pPr>
      <w:r w:rsidRPr="004633B3">
        <w:rPr>
          <w:lang w:val="pl-PL"/>
        </w:rPr>
        <w:br/>
      </w:r>
      <w:r w:rsidRPr="00BC0B6A">
        <w:rPr>
          <w:b/>
          <w:lang w:val="pl-PL"/>
        </w:rPr>
        <w:t>2. Charakterystyka stoiska:</w:t>
      </w:r>
    </w:p>
    <w:p w:rsidR="00CD57D9" w:rsidRPr="004633B3" w:rsidRDefault="00030E92">
      <w:pPr>
        <w:rPr>
          <w:lang w:val="pl-PL"/>
        </w:rPr>
      </w:pPr>
      <w:r w:rsidRPr="004633B3">
        <w:rPr>
          <w:lang w:val="pl-PL"/>
        </w:rPr>
        <w:t>• Opis oferowanych produktów (np. rękodzieło, ozdoby świąteczne, produkty spożywcze):</w:t>
      </w:r>
    </w:p>
    <w:p w:rsidR="00CD57D9" w:rsidRPr="004633B3" w:rsidRDefault="00030E92" w:rsidP="004633B3">
      <w:pPr>
        <w:rPr>
          <w:lang w:val="pl-PL"/>
        </w:rPr>
      </w:pPr>
      <w:r w:rsidRPr="004633B3">
        <w:rPr>
          <w:lang w:val="pl-PL"/>
        </w:rPr>
        <w:t>___________________________________________________________</w:t>
      </w:r>
      <w:r w:rsidR="004633B3">
        <w:rPr>
          <w:lang w:val="pl-PL"/>
        </w:rPr>
        <w:t>_____________________________________________</w:t>
      </w:r>
    </w:p>
    <w:p w:rsidR="00CD57D9" w:rsidRPr="00BC0B6A" w:rsidRDefault="00BC0B6A">
      <w:pPr>
        <w:rPr>
          <w:b/>
          <w:lang w:val="pl-PL"/>
        </w:rPr>
      </w:pPr>
      <w:r>
        <w:rPr>
          <w:lang w:val="pl-PL"/>
        </w:rPr>
        <w:br/>
      </w:r>
      <w:r w:rsidRPr="00BC0B6A">
        <w:rPr>
          <w:b/>
          <w:lang w:val="pl-PL"/>
        </w:rPr>
        <w:t>3</w:t>
      </w:r>
      <w:r w:rsidR="00030E92" w:rsidRPr="00BC0B6A">
        <w:rPr>
          <w:b/>
          <w:lang w:val="pl-PL"/>
        </w:rPr>
        <w:t>. Wyposażenie stoiska</w:t>
      </w:r>
      <w:r w:rsidR="004633B3" w:rsidRPr="00BC0B6A">
        <w:rPr>
          <w:b/>
          <w:lang w:val="pl-PL"/>
        </w:rPr>
        <w:t xml:space="preserve"> i opłata</w:t>
      </w:r>
      <w:r w:rsidR="00030E92" w:rsidRPr="00BC0B6A">
        <w:rPr>
          <w:b/>
          <w:lang w:val="pl-PL"/>
        </w:rPr>
        <w:t>:</w:t>
      </w:r>
    </w:p>
    <w:p w:rsidR="004633B3" w:rsidRDefault="004633B3" w:rsidP="00BC0B6A">
      <w:pPr>
        <w:spacing w:after="0"/>
        <w:rPr>
          <w:lang w:val="pl-PL"/>
        </w:rPr>
      </w:pPr>
      <w:r w:rsidRPr="004633B3">
        <w:rPr>
          <w:lang w:val="pl-PL"/>
        </w:rPr>
        <w:t>•</w:t>
      </w:r>
      <w:r w:rsidR="001757D9">
        <w:rPr>
          <w:lang w:val="pl-PL"/>
        </w:rPr>
        <w:t xml:space="preserve"> Opłata łączna</w:t>
      </w:r>
      <w:r w:rsidR="00BC0B6A">
        <w:rPr>
          <w:lang w:val="pl-PL"/>
        </w:rPr>
        <w:t xml:space="preserve">:  50 </w:t>
      </w:r>
      <w:r w:rsidRPr="004633B3">
        <w:rPr>
          <w:lang w:val="pl-PL"/>
        </w:rPr>
        <w:t>zł</w:t>
      </w:r>
    </w:p>
    <w:p w:rsidR="00E72C95" w:rsidRPr="004633B3" w:rsidRDefault="00E72C95" w:rsidP="00BC0B6A">
      <w:pPr>
        <w:spacing w:after="0"/>
        <w:rPr>
          <w:lang w:val="pl-PL"/>
        </w:rPr>
      </w:pPr>
      <w:r w:rsidRPr="004633B3">
        <w:rPr>
          <w:lang w:val="pl-PL"/>
        </w:rPr>
        <w:t>•</w:t>
      </w:r>
      <w:r>
        <w:rPr>
          <w:lang w:val="pl-PL"/>
        </w:rPr>
        <w:t xml:space="preserve"> Wymiary stoiska (długość x szerokość) …………………………… </w:t>
      </w:r>
    </w:p>
    <w:p w:rsidR="00CD57D9" w:rsidRDefault="00030E92" w:rsidP="00BC0B6A">
      <w:pPr>
        <w:spacing w:after="0"/>
        <w:rPr>
          <w:lang w:val="pl-PL"/>
        </w:rPr>
      </w:pPr>
      <w:r w:rsidRPr="004633B3">
        <w:rPr>
          <w:lang w:val="pl-PL"/>
        </w:rPr>
        <w:t>• Zapotrzebowanie na prąd: [ ] Tak   [ ] Nie</w:t>
      </w:r>
    </w:p>
    <w:p w:rsidR="00BC0B6A" w:rsidRPr="004633B3" w:rsidRDefault="00BC0B6A" w:rsidP="00BC0B6A">
      <w:pPr>
        <w:spacing w:after="0"/>
        <w:rPr>
          <w:lang w:val="pl-PL"/>
        </w:rPr>
      </w:pPr>
      <w:r>
        <w:rPr>
          <w:lang w:val="pl-PL"/>
        </w:rPr>
        <w:t>Prosimy o własne wyposażenie stoiska w namiot, oświetlenie, p</w:t>
      </w:r>
      <w:r w:rsidR="006C5A71">
        <w:rPr>
          <w:lang w:val="pl-PL"/>
        </w:rPr>
        <w:t xml:space="preserve">rzedłużacz, stoły i krzesła itp. </w:t>
      </w:r>
    </w:p>
    <w:p w:rsidR="00B43EC0" w:rsidRDefault="00B43EC0">
      <w:pPr>
        <w:rPr>
          <w:lang w:val="pl-PL"/>
        </w:rPr>
      </w:pPr>
    </w:p>
    <w:p w:rsidR="00CD57D9" w:rsidRPr="00BC0B6A" w:rsidRDefault="00BC0B6A">
      <w:pPr>
        <w:rPr>
          <w:b/>
          <w:lang w:val="pl-PL"/>
        </w:rPr>
      </w:pPr>
      <w:r>
        <w:rPr>
          <w:lang w:val="pl-PL"/>
        </w:rPr>
        <w:br/>
      </w:r>
      <w:r w:rsidRPr="00BC0B6A">
        <w:rPr>
          <w:b/>
          <w:lang w:val="pl-PL"/>
        </w:rPr>
        <w:t>4</w:t>
      </w:r>
      <w:r w:rsidR="00030E92" w:rsidRPr="00BC0B6A">
        <w:rPr>
          <w:b/>
          <w:lang w:val="pl-PL"/>
        </w:rPr>
        <w:t>. Oświadczenia:</w:t>
      </w:r>
    </w:p>
    <w:p w:rsidR="00CD57D9" w:rsidRPr="004633B3" w:rsidRDefault="00030E92" w:rsidP="00BC0B6A">
      <w:pPr>
        <w:spacing w:after="0"/>
        <w:rPr>
          <w:lang w:val="pl-PL"/>
        </w:rPr>
      </w:pPr>
      <w:r w:rsidRPr="004633B3">
        <w:rPr>
          <w:lang w:val="pl-PL"/>
        </w:rPr>
        <w:t>• Oświadczam, że zapoznałem/</w:t>
      </w:r>
      <w:proofErr w:type="spellStart"/>
      <w:r w:rsidRPr="004633B3">
        <w:rPr>
          <w:lang w:val="pl-PL"/>
        </w:rPr>
        <w:t>am</w:t>
      </w:r>
      <w:proofErr w:type="spellEnd"/>
      <w:r w:rsidRPr="004633B3">
        <w:rPr>
          <w:lang w:val="pl-PL"/>
        </w:rPr>
        <w:t xml:space="preserve"> się z regulaminem I</w:t>
      </w:r>
      <w:r w:rsidR="00BC0B6A">
        <w:rPr>
          <w:lang w:val="pl-PL"/>
        </w:rPr>
        <w:t>I</w:t>
      </w:r>
      <w:r w:rsidR="00FE76B3">
        <w:rPr>
          <w:lang w:val="pl-PL"/>
        </w:rPr>
        <w:t xml:space="preserve"> Sztumskiego Jarmarku </w:t>
      </w:r>
      <w:r w:rsidRPr="004633B3">
        <w:rPr>
          <w:lang w:val="pl-PL"/>
        </w:rPr>
        <w:t>Bożonarodzeniowego i akceptuję jego warunki.</w:t>
      </w:r>
    </w:p>
    <w:p w:rsidR="00CD57D9" w:rsidRDefault="00030E92" w:rsidP="00BC0B6A">
      <w:pPr>
        <w:spacing w:after="0"/>
        <w:rPr>
          <w:lang w:val="pl-PL"/>
        </w:rPr>
      </w:pPr>
      <w:r w:rsidRPr="004633B3">
        <w:rPr>
          <w:lang w:val="pl-PL"/>
        </w:rPr>
        <w:t>• Wyrażam zgodę na przetwarzanie moich danych osobowych zgodnie z RODO w celu organizacji Jarmarku.</w:t>
      </w:r>
    </w:p>
    <w:p w:rsidR="00BC0B6A" w:rsidRDefault="00BC0B6A" w:rsidP="00BC0B6A">
      <w:pPr>
        <w:spacing w:after="0"/>
        <w:rPr>
          <w:lang w:val="pl-PL"/>
        </w:rPr>
      </w:pPr>
    </w:p>
    <w:p w:rsidR="00B43EC0" w:rsidRDefault="00B43EC0" w:rsidP="00BC0B6A">
      <w:pPr>
        <w:spacing w:after="0"/>
        <w:rPr>
          <w:lang w:val="pl-PL"/>
        </w:rPr>
      </w:pPr>
    </w:p>
    <w:p w:rsidR="00B43EC0" w:rsidRPr="004633B3" w:rsidRDefault="00B43EC0" w:rsidP="00BC0B6A">
      <w:pPr>
        <w:spacing w:after="0"/>
        <w:rPr>
          <w:lang w:val="pl-PL"/>
        </w:rPr>
      </w:pPr>
    </w:p>
    <w:p w:rsidR="00CD57D9" w:rsidRPr="00E554D1" w:rsidRDefault="00030E92">
      <w:pPr>
        <w:rPr>
          <w:lang w:val="pl-PL"/>
        </w:rPr>
      </w:pPr>
      <w:r w:rsidRPr="004633B3">
        <w:rPr>
          <w:lang w:val="pl-PL"/>
        </w:rPr>
        <w:br/>
      </w:r>
      <w:r w:rsidRPr="00E554D1">
        <w:rPr>
          <w:lang w:val="pl-PL"/>
        </w:rPr>
        <w:t>Data: __________________</w:t>
      </w:r>
      <w:r w:rsidR="00BC0B6A" w:rsidRPr="00E554D1">
        <w:rPr>
          <w:lang w:val="pl-PL"/>
        </w:rPr>
        <w:tab/>
      </w:r>
      <w:r w:rsidR="00BC0B6A" w:rsidRPr="00E554D1">
        <w:rPr>
          <w:lang w:val="pl-PL"/>
        </w:rPr>
        <w:tab/>
      </w:r>
      <w:r w:rsidR="00BC0B6A" w:rsidRPr="00E554D1">
        <w:rPr>
          <w:lang w:val="pl-PL"/>
        </w:rPr>
        <w:tab/>
      </w:r>
      <w:r w:rsidRPr="00E554D1">
        <w:rPr>
          <w:lang w:val="pl-PL"/>
        </w:rPr>
        <w:t>Czytelny podpis uczestnika: _________</w:t>
      </w:r>
      <w:r w:rsidR="00BC0B6A" w:rsidRPr="00E554D1">
        <w:rPr>
          <w:lang w:val="pl-PL"/>
        </w:rPr>
        <w:t>___________</w:t>
      </w:r>
      <w:r w:rsidRPr="00E554D1">
        <w:rPr>
          <w:lang w:val="pl-PL"/>
        </w:rPr>
        <w:t>_________</w:t>
      </w:r>
    </w:p>
    <w:p w:rsidR="006C5A71" w:rsidRPr="00CA2C4E" w:rsidRDefault="006C5A71" w:rsidP="006C5A71">
      <w:pPr>
        <w:spacing w:after="0"/>
        <w:ind w:left="708" w:firstLine="708"/>
        <w:rPr>
          <w:b/>
          <w:sz w:val="24"/>
          <w:szCs w:val="24"/>
          <w:lang w:val="pl-PL"/>
        </w:rPr>
      </w:pPr>
      <w:r w:rsidRPr="00CA2C4E">
        <w:rPr>
          <w:b/>
          <w:sz w:val="24"/>
          <w:szCs w:val="24"/>
          <w:lang w:val="pl-PL"/>
        </w:rPr>
        <w:lastRenderedPageBreak/>
        <w:t>REGULAMIN II SZTUMSKIEGO JARMARKU BOŻONARODZENIOWEGO</w:t>
      </w:r>
    </w:p>
    <w:p w:rsidR="006C5A71" w:rsidRPr="00CA2C4E" w:rsidRDefault="006C5A71" w:rsidP="006C5A71">
      <w:pPr>
        <w:spacing w:after="0"/>
        <w:rPr>
          <w:b/>
          <w:sz w:val="21"/>
          <w:szCs w:val="21"/>
          <w:lang w:val="pl-PL"/>
        </w:rPr>
      </w:pPr>
    </w:p>
    <w:p w:rsidR="00DA1946" w:rsidRDefault="00DA1946" w:rsidP="006C5A71">
      <w:pPr>
        <w:spacing w:after="0"/>
        <w:rPr>
          <w:sz w:val="21"/>
          <w:szCs w:val="21"/>
          <w:lang w:val="pl-PL"/>
        </w:rPr>
      </w:pPr>
    </w:p>
    <w:p w:rsidR="00DA1946" w:rsidRDefault="006C5A71" w:rsidP="006C5A71">
      <w:pPr>
        <w:spacing w:after="0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br/>
        <w:t>I. POSTANOWIENIA OGÓLNE</w:t>
      </w:r>
      <w:r w:rsidRPr="00A94A17">
        <w:rPr>
          <w:sz w:val="21"/>
          <w:szCs w:val="21"/>
          <w:lang w:val="pl-PL"/>
        </w:rPr>
        <w:br/>
      </w:r>
      <w:r w:rsidRPr="00A94A17">
        <w:rPr>
          <w:sz w:val="21"/>
          <w:szCs w:val="21"/>
          <w:lang w:val="pl-PL"/>
        </w:rPr>
        <w:br/>
        <w:t>1. Organizatorem II Sztumskiego Jarmarku Bożonarodzeniowego jest Sztumskie Centrum Kultury.</w:t>
      </w:r>
      <w:r w:rsidRPr="00A94A17">
        <w:rPr>
          <w:sz w:val="21"/>
          <w:szCs w:val="21"/>
          <w:lang w:val="pl-PL"/>
        </w:rPr>
        <w:br/>
        <w:t>2. Jarmark odbędzie się 6 grudnia 2026 roku przy</w:t>
      </w:r>
      <w:r w:rsidR="006350B3">
        <w:rPr>
          <w:sz w:val="21"/>
          <w:szCs w:val="21"/>
          <w:lang w:val="pl-PL"/>
        </w:rPr>
        <w:t xml:space="preserve"> k</w:t>
      </w:r>
      <w:r w:rsidRPr="00A94A17">
        <w:rPr>
          <w:sz w:val="21"/>
          <w:szCs w:val="21"/>
          <w:lang w:val="pl-PL"/>
        </w:rPr>
        <w:t xml:space="preserve">ościele </w:t>
      </w:r>
      <w:proofErr w:type="spellStart"/>
      <w:r w:rsidR="006350B3">
        <w:rPr>
          <w:sz w:val="21"/>
          <w:szCs w:val="21"/>
          <w:lang w:val="pl-PL"/>
        </w:rPr>
        <w:t>p</w:t>
      </w:r>
      <w:r w:rsidRPr="00A94A17">
        <w:rPr>
          <w:sz w:val="21"/>
          <w:szCs w:val="21"/>
          <w:lang w:val="pl-PL"/>
        </w:rPr>
        <w:t>oewangelickim</w:t>
      </w:r>
      <w:proofErr w:type="spellEnd"/>
      <w:r w:rsidRPr="00A94A17">
        <w:rPr>
          <w:sz w:val="21"/>
          <w:szCs w:val="21"/>
          <w:lang w:val="pl-PL"/>
        </w:rPr>
        <w:t xml:space="preserve"> na Placu Wolności w Sztumie</w:t>
      </w:r>
      <w:r w:rsidRPr="00A94A17">
        <w:rPr>
          <w:sz w:val="21"/>
          <w:szCs w:val="21"/>
          <w:lang w:val="pl-PL"/>
        </w:rPr>
        <w:br/>
        <w:t>3. Harmonogram II Sztumskie</w:t>
      </w:r>
      <w:r w:rsidR="006350B3">
        <w:rPr>
          <w:sz w:val="21"/>
          <w:szCs w:val="21"/>
          <w:lang w:val="pl-PL"/>
        </w:rPr>
        <w:t xml:space="preserve">go Jarmarku Bożonarodzeniowego: niedziela: do godziny </w:t>
      </w:r>
      <w:r w:rsidRPr="00A94A17">
        <w:rPr>
          <w:sz w:val="21"/>
          <w:szCs w:val="21"/>
          <w:lang w:val="pl-PL"/>
        </w:rPr>
        <w:t>12.00 przygotowanie stoisk; godzina 12.00-18.00 sprzedaż; do godziny 19</w:t>
      </w:r>
      <w:r w:rsidR="006350B3">
        <w:rPr>
          <w:sz w:val="21"/>
          <w:szCs w:val="21"/>
          <w:lang w:val="pl-PL"/>
        </w:rPr>
        <w:t>.3</w:t>
      </w:r>
      <w:r w:rsidRPr="00A94A17">
        <w:rPr>
          <w:sz w:val="21"/>
          <w:szCs w:val="21"/>
          <w:lang w:val="pl-PL"/>
        </w:rPr>
        <w:t>0 demontaż stoisk.</w:t>
      </w:r>
      <w:r w:rsidRPr="00A94A17">
        <w:rPr>
          <w:sz w:val="21"/>
          <w:szCs w:val="21"/>
          <w:lang w:val="pl-PL"/>
        </w:rPr>
        <w:br/>
      </w:r>
    </w:p>
    <w:p w:rsidR="00DA1946" w:rsidRDefault="00DA1946" w:rsidP="006C5A71">
      <w:pPr>
        <w:spacing w:after="0"/>
        <w:rPr>
          <w:sz w:val="21"/>
          <w:szCs w:val="21"/>
          <w:lang w:val="pl-PL"/>
        </w:rPr>
      </w:pPr>
    </w:p>
    <w:p w:rsidR="006C5A71" w:rsidRPr="00A94A17" w:rsidRDefault="006C5A71" w:rsidP="006C5A71">
      <w:pPr>
        <w:spacing w:after="0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br/>
        <w:t>II. ZGŁOSZENIA I OPŁATY</w:t>
      </w:r>
      <w:r w:rsidRPr="00A94A17">
        <w:rPr>
          <w:sz w:val="21"/>
          <w:szCs w:val="21"/>
          <w:lang w:val="pl-PL"/>
        </w:rPr>
        <w:br/>
      </w:r>
      <w:r w:rsidRPr="00A94A17">
        <w:rPr>
          <w:sz w:val="21"/>
          <w:szCs w:val="21"/>
          <w:lang w:val="pl-PL"/>
        </w:rPr>
        <w:br/>
        <w:t xml:space="preserve">1. Udział w Jarmarku </w:t>
      </w:r>
      <w:r w:rsidR="00E554D1">
        <w:rPr>
          <w:sz w:val="21"/>
          <w:szCs w:val="21"/>
          <w:lang w:val="pl-PL"/>
        </w:rPr>
        <w:t>można zgła</w:t>
      </w:r>
      <w:r w:rsidR="00FE76B3">
        <w:rPr>
          <w:sz w:val="21"/>
          <w:szCs w:val="21"/>
          <w:lang w:val="pl-PL"/>
        </w:rPr>
        <w:t>szać</w:t>
      </w:r>
      <w:r w:rsidRPr="00A94A17">
        <w:rPr>
          <w:sz w:val="21"/>
          <w:szCs w:val="21"/>
          <w:lang w:val="pl-PL"/>
        </w:rPr>
        <w:t xml:space="preserve"> do dnia 10.11.2026 po czym wystawca zobowiązuje się do uiszczenia opłaty 50</w:t>
      </w:r>
      <w:r>
        <w:rPr>
          <w:sz w:val="21"/>
          <w:szCs w:val="21"/>
          <w:lang w:val="pl-PL"/>
        </w:rPr>
        <w:t xml:space="preserve"> zł za dzień /</w:t>
      </w:r>
      <w:r w:rsidRPr="00A94A17">
        <w:rPr>
          <w:sz w:val="21"/>
          <w:szCs w:val="21"/>
          <w:lang w:val="pl-PL"/>
        </w:rPr>
        <w:t>1 stoisko w ciągu 3 dni od potwierdzenia udziału przez organizatora.</w:t>
      </w:r>
      <w:r w:rsidRPr="00A94A17">
        <w:rPr>
          <w:sz w:val="21"/>
          <w:szCs w:val="21"/>
          <w:lang w:val="pl-PL"/>
        </w:rPr>
        <w:br/>
        <w:t>2. Płatności należy dokonać na konto: 0</w:t>
      </w:r>
      <w:r>
        <w:rPr>
          <w:sz w:val="21"/>
          <w:szCs w:val="21"/>
          <w:lang w:val="pl-PL"/>
        </w:rPr>
        <w:t xml:space="preserve">9 8309 0000 0000 4734 2000 0020 </w:t>
      </w:r>
      <w:r w:rsidRPr="00A94A17">
        <w:rPr>
          <w:sz w:val="21"/>
          <w:szCs w:val="21"/>
          <w:lang w:val="pl-PL"/>
        </w:rPr>
        <w:t xml:space="preserve"> tytułem „opłata za stoisko II Sztumski Jarmark Bożonarodzeniowy”.</w:t>
      </w:r>
      <w:r w:rsidRPr="00A94A17">
        <w:rPr>
          <w:sz w:val="21"/>
          <w:szCs w:val="21"/>
          <w:lang w:val="pl-PL"/>
        </w:rPr>
        <w:br/>
        <w:t>3. Zgłoszenie jest równoznaczne z akceptacją niniejszego regulaminu.</w:t>
      </w:r>
      <w:r w:rsidRPr="00A94A17">
        <w:rPr>
          <w:sz w:val="21"/>
          <w:szCs w:val="21"/>
          <w:lang w:val="pl-PL"/>
        </w:rPr>
        <w:br/>
        <w:t>4. Opłata obejmuje wynajem powierzchni wystawienniczej.</w:t>
      </w:r>
    </w:p>
    <w:p w:rsidR="00DA1946" w:rsidRDefault="00DA1946" w:rsidP="006C5A71">
      <w:pPr>
        <w:spacing w:after="0"/>
        <w:ind w:firstLine="720"/>
        <w:jc w:val="both"/>
        <w:rPr>
          <w:sz w:val="21"/>
          <w:szCs w:val="21"/>
          <w:lang w:val="pl-PL"/>
        </w:rPr>
      </w:pPr>
    </w:p>
    <w:p w:rsidR="00DA1946" w:rsidRDefault="00DA1946" w:rsidP="006C5A71">
      <w:pPr>
        <w:spacing w:after="0"/>
        <w:ind w:firstLine="720"/>
        <w:jc w:val="both"/>
        <w:rPr>
          <w:sz w:val="21"/>
          <w:szCs w:val="21"/>
          <w:lang w:val="pl-PL"/>
        </w:rPr>
      </w:pPr>
    </w:p>
    <w:p w:rsidR="006C5A71" w:rsidRPr="00A94A17" w:rsidRDefault="006C5A71" w:rsidP="006C5A71">
      <w:pPr>
        <w:spacing w:after="0"/>
        <w:ind w:firstLine="72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br/>
        <w:t>III. WARUNKI UCZESTNICTWA</w:t>
      </w:r>
    </w:p>
    <w:p w:rsidR="006C5A71" w:rsidRPr="00A94A17" w:rsidRDefault="006C5A71" w:rsidP="006C5A71">
      <w:pPr>
        <w:spacing w:after="0"/>
        <w:ind w:firstLine="72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br/>
        <w:t xml:space="preserve">1. Warunkiem uczestnictwa jest dostarczenie osobiście lub nadesłanie wypełnionego                                    </w:t>
      </w:r>
      <w:r>
        <w:rPr>
          <w:sz w:val="21"/>
          <w:szCs w:val="21"/>
          <w:lang w:val="pl-PL"/>
        </w:rPr>
        <w:t xml:space="preserve">              </w:t>
      </w:r>
      <w:r w:rsidRPr="00A94A17">
        <w:rPr>
          <w:sz w:val="21"/>
          <w:szCs w:val="21"/>
          <w:lang w:val="pl-PL"/>
        </w:rPr>
        <w:t xml:space="preserve">    </w:t>
      </w:r>
      <w:r>
        <w:rPr>
          <w:sz w:val="21"/>
          <w:szCs w:val="21"/>
          <w:lang w:val="pl-PL"/>
        </w:rPr>
        <w:t xml:space="preserve">i </w:t>
      </w:r>
      <w:r w:rsidRPr="00A94A17">
        <w:rPr>
          <w:sz w:val="21"/>
          <w:szCs w:val="21"/>
          <w:lang w:val="pl-PL"/>
        </w:rPr>
        <w:t xml:space="preserve">podpisanego formularza zgłoszeniowego, zgody na przetwarzanie danych osobowych </w:t>
      </w:r>
      <w:r>
        <w:rPr>
          <w:sz w:val="21"/>
          <w:szCs w:val="21"/>
          <w:lang w:val="pl-PL"/>
        </w:rPr>
        <w:t xml:space="preserve">                                    </w:t>
      </w:r>
      <w:r w:rsidR="00FE76B3">
        <w:rPr>
          <w:sz w:val="21"/>
          <w:szCs w:val="21"/>
          <w:lang w:val="pl-PL"/>
        </w:rPr>
        <w:t xml:space="preserve">                              </w:t>
      </w:r>
      <w:r>
        <w:rPr>
          <w:sz w:val="21"/>
          <w:szCs w:val="21"/>
          <w:lang w:val="pl-PL"/>
        </w:rPr>
        <w:t xml:space="preserve"> </w:t>
      </w:r>
      <w:r w:rsidR="00FE76B3">
        <w:rPr>
          <w:sz w:val="21"/>
          <w:szCs w:val="21"/>
          <w:lang w:val="pl-PL"/>
        </w:rPr>
        <w:t xml:space="preserve">i </w:t>
      </w:r>
      <w:r w:rsidRPr="00A94A17">
        <w:rPr>
          <w:sz w:val="21"/>
          <w:szCs w:val="21"/>
          <w:lang w:val="pl-PL"/>
        </w:rPr>
        <w:t>wykorzystania wizerunku mailem na adres: k_oldak-puchalska@sztums</w:t>
      </w:r>
      <w:r>
        <w:rPr>
          <w:sz w:val="21"/>
          <w:szCs w:val="21"/>
          <w:lang w:val="pl-PL"/>
        </w:rPr>
        <w:t>c</w:t>
      </w:r>
      <w:r w:rsidRPr="00A94A17">
        <w:rPr>
          <w:sz w:val="21"/>
          <w:szCs w:val="21"/>
          <w:lang w:val="pl-PL"/>
        </w:rPr>
        <w:t>k.pl, a po zatwierdzeniu organizatora uiszczenie opłaty za wynajęcie stoiska.</w:t>
      </w:r>
    </w:p>
    <w:p w:rsidR="006C5A71" w:rsidRPr="00A94A17" w:rsidRDefault="006C5A71" w:rsidP="006C5A71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2. Wypełnienie formularza zgłoszeniowego jest jednoznaczne z zapoznaniem się i stosowaniem się do regulaminu Jarmarku.</w:t>
      </w:r>
    </w:p>
    <w:p w:rsidR="006C5A71" w:rsidRPr="00A94A17" w:rsidRDefault="006C5A71" w:rsidP="006C5A71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3. Wysłanie zgłoszenia nie jest równoznaczne z udziałem w Jarmarku. Liczba miejsc wystawienniczych jest ograniczona. O uczestnictwie decyduje rodzaj oferowanego asortymentu.</w:t>
      </w:r>
    </w:p>
    <w:p w:rsidR="006C5A71" w:rsidRDefault="006C5A71" w:rsidP="006C5A71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4. Organizator zastrzega sobie prawo do odmowy przyjęcia zgłoszenia bez podania przyczyn.</w:t>
      </w:r>
      <w:r w:rsidRPr="00A94A17">
        <w:rPr>
          <w:sz w:val="21"/>
          <w:szCs w:val="21"/>
          <w:lang w:val="pl-PL"/>
        </w:rPr>
        <w:br/>
        <w:t xml:space="preserve">5. Wystawca zakwalifikowany otrzymuje od organizatora potwierdzenie między 12.11.2026 </w:t>
      </w:r>
      <w:r>
        <w:rPr>
          <w:sz w:val="21"/>
          <w:szCs w:val="21"/>
          <w:lang w:val="pl-PL"/>
        </w:rPr>
        <w:t xml:space="preserve">                                 </w:t>
      </w:r>
      <w:r w:rsidRPr="00A94A17">
        <w:rPr>
          <w:sz w:val="21"/>
          <w:szCs w:val="21"/>
          <w:lang w:val="pl-PL"/>
        </w:rPr>
        <w:t>a 16.11.2026.</w:t>
      </w:r>
      <w:r>
        <w:rPr>
          <w:sz w:val="21"/>
          <w:szCs w:val="21"/>
          <w:lang w:val="pl-PL"/>
        </w:rPr>
        <w:t xml:space="preserve"> </w:t>
      </w:r>
    </w:p>
    <w:p w:rsidR="006C5A71" w:rsidRPr="00A94A17" w:rsidRDefault="006C5A71" w:rsidP="006C5A71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6. Brak wpłaty we wskazanym terminie oznacza rezygnację z udziału w Jarmarku.</w:t>
      </w:r>
      <w:r w:rsidRPr="00A94A17">
        <w:rPr>
          <w:sz w:val="21"/>
          <w:szCs w:val="21"/>
          <w:lang w:val="pl-PL"/>
        </w:rPr>
        <w:br/>
        <w:t>7. Organizator wskazuje lokalizację stoiska, ale zastrzega sobie prawo jej zmiany z przyczyn organizacyjnych i technicznych.</w:t>
      </w:r>
    </w:p>
    <w:p w:rsidR="006C5A71" w:rsidRPr="00A94A17" w:rsidRDefault="006C5A71" w:rsidP="006C5A71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8. Organizator dopuszcza sprzedaż produktów zgodnych z charakterem Jarmarku, np. rękodzieła, ozdób świątecznych, produktów lokalnych.</w:t>
      </w:r>
    </w:p>
    <w:p w:rsidR="006C5A71" w:rsidRPr="00A94A17" w:rsidRDefault="006C5A71" w:rsidP="006C5A71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9. Zabrania się sprzedaży wyrobów masowej produkcji, alkoholu i wyrobów tytoniowych.</w:t>
      </w:r>
    </w:p>
    <w:p w:rsidR="006350B3" w:rsidRPr="008A39BA" w:rsidRDefault="006C5A71" w:rsidP="008A39BA">
      <w:pPr>
        <w:spacing w:after="0"/>
        <w:jc w:val="both"/>
        <w:rPr>
          <w:sz w:val="21"/>
          <w:szCs w:val="21"/>
          <w:lang w:val="pl-PL"/>
        </w:rPr>
      </w:pPr>
      <w:r w:rsidRPr="00A94A17">
        <w:rPr>
          <w:sz w:val="21"/>
          <w:szCs w:val="21"/>
          <w:lang w:val="pl-PL"/>
        </w:rPr>
        <w:t>10.Wystawca odpowiada za estetykę i bezpieczeństwo swojego stoiska.</w:t>
      </w:r>
      <w:r w:rsidRPr="00A94A17">
        <w:rPr>
          <w:sz w:val="21"/>
          <w:szCs w:val="21"/>
          <w:lang w:val="pl-PL"/>
        </w:rPr>
        <w:br/>
        <w:t>11. Wystawca zobowiązany jest dbać o porządek na stanowisku i w jego najbliższym otoczeniu.</w:t>
      </w:r>
    </w:p>
    <w:p w:rsidR="00365460" w:rsidRPr="003F2179" w:rsidRDefault="00365460" w:rsidP="00365460">
      <w:pPr>
        <w:rPr>
          <w:lang w:val="pl-PL"/>
        </w:rPr>
      </w:pPr>
      <w:r w:rsidRPr="003F2179">
        <w:rPr>
          <w:lang w:val="pl-PL"/>
        </w:rPr>
        <w:lastRenderedPageBreak/>
        <w:t>IV. OBOWIĄZKI ORGANIZATORA</w:t>
      </w:r>
    </w:p>
    <w:p w:rsidR="00365460" w:rsidRPr="006350B3" w:rsidRDefault="00365460" w:rsidP="006350B3">
      <w:pPr>
        <w:pStyle w:val="Akapitzlist"/>
        <w:numPr>
          <w:ilvl w:val="0"/>
          <w:numId w:val="13"/>
        </w:numPr>
        <w:rPr>
          <w:lang w:val="pl-PL"/>
        </w:rPr>
      </w:pPr>
      <w:r w:rsidRPr="006350B3">
        <w:rPr>
          <w:lang w:val="pl-PL"/>
        </w:rPr>
        <w:t>Organiza</w:t>
      </w:r>
      <w:r w:rsidR="006350B3" w:rsidRPr="006350B3">
        <w:rPr>
          <w:lang w:val="pl-PL"/>
        </w:rPr>
        <w:t xml:space="preserve">tor zapewnia miejsce do handlu oraz </w:t>
      </w:r>
      <w:r w:rsidRPr="006350B3">
        <w:rPr>
          <w:lang w:val="pl-PL"/>
        </w:rPr>
        <w:t>d</w:t>
      </w:r>
      <w:r w:rsidR="006350B3" w:rsidRPr="006350B3">
        <w:rPr>
          <w:lang w:val="pl-PL"/>
        </w:rPr>
        <w:t>ostęp do prądu,</w:t>
      </w:r>
    </w:p>
    <w:p w:rsidR="00365460" w:rsidRPr="006350B3" w:rsidRDefault="00365460" w:rsidP="006350B3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6350B3">
        <w:rPr>
          <w:lang w:val="pl-PL"/>
        </w:rPr>
        <w:t>Organizator nie ponosi odpowiedzialnoś</w:t>
      </w:r>
      <w:r w:rsidR="006350B3" w:rsidRPr="006350B3">
        <w:rPr>
          <w:lang w:val="pl-PL"/>
        </w:rPr>
        <w:t xml:space="preserve">ci za szkody powstałe w trakcie </w:t>
      </w:r>
      <w:r w:rsidRPr="006350B3">
        <w:rPr>
          <w:lang w:val="pl-PL"/>
        </w:rPr>
        <w:t>wydarzenia.</w:t>
      </w:r>
    </w:p>
    <w:p w:rsidR="00365460" w:rsidRPr="006350B3" w:rsidRDefault="00365460" w:rsidP="006350B3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6350B3">
        <w:rPr>
          <w:lang w:val="pl-PL"/>
        </w:rPr>
        <w:t>Organizator może odmówić udziału lub wykluczyć z Jarmarku wystawcę, który nie</w:t>
      </w:r>
      <w:r w:rsidR="006350B3" w:rsidRPr="006350B3">
        <w:rPr>
          <w:lang w:val="pl-PL"/>
        </w:rPr>
        <w:t xml:space="preserve"> </w:t>
      </w:r>
      <w:r w:rsidRPr="006350B3">
        <w:rPr>
          <w:lang w:val="pl-PL"/>
        </w:rPr>
        <w:t>przestrzega regulaminu.</w:t>
      </w:r>
    </w:p>
    <w:p w:rsidR="00365460" w:rsidRPr="006350B3" w:rsidRDefault="00365460" w:rsidP="006350B3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6350B3">
        <w:rPr>
          <w:lang w:val="pl-PL"/>
        </w:rPr>
        <w:t>Organizator nie odpowiada za wyniki sprzedaży wystawców.</w:t>
      </w:r>
    </w:p>
    <w:p w:rsidR="006350B3" w:rsidRDefault="00365460" w:rsidP="006350B3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6350B3">
        <w:rPr>
          <w:lang w:val="pl-PL"/>
        </w:rPr>
        <w:t>Organizator zastrzega sobie prawo do odwołania jarmarku w przypadku sytuacji</w:t>
      </w:r>
      <w:r w:rsidR="006350B3">
        <w:rPr>
          <w:lang w:val="pl-PL"/>
        </w:rPr>
        <w:t xml:space="preserve"> </w:t>
      </w:r>
      <w:r w:rsidRPr="006350B3">
        <w:rPr>
          <w:lang w:val="pl-PL"/>
        </w:rPr>
        <w:t>losowych niezależnych od Organizatora (katastrofy, powodzie, pożary, wydarzenia o</w:t>
      </w:r>
      <w:r w:rsidR="006350B3">
        <w:rPr>
          <w:lang w:val="pl-PL"/>
        </w:rPr>
        <w:t xml:space="preserve"> </w:t>
      </w:r>
      <w:r w:rsidRPr="006350B3">
        <w:rPr>
          <w:lang w:val="pl-PL"/>
        </w:rPr>
        <w:t>charakterze krajowym i regionalnym itp., uniemożliwiających przeprowadzenie</w:t>
      </w:r>
      <w:r w:rsidR="006350B3" w:rsidRPr="006350B3">
        <w:rPr>
          <w:lang w:val="pl-PL"/>
        </w:rPr>
        <w:t xml:space="preserve"> </w:t>
      </w:r>
      <w:r w:rsidRPr="006350B3">
        <w:rPr>
          <w:lang w:val="pl-PL"/>
        </w:rPr>
        <w:t>Jarmarku.</w:t>
      </w:r>
    </w:p>
    <w:p w:rsidR="00365460" w:rsidRPr="006350B3" w:rsidRDefault="00365460" w:rsidP="006350B3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6350B3">
        <w:rPr>
          <w:lang w:val="pl-PL"/>
        </w:rPr>
        <w:t>Organizator dołoży wszelkich starań do ochrony miejsca Jarmarku, jednak nie ponosi</w:t>
      </w:r>
      <w:r w:rsidR="006350B3">
        <w:rPr>
          <w:lang w:val="pl-PL"/>
        </w:rPr>
        <w:t xml:space="preserve"> </w:t>
      </w:r>
      <w:r w:rsidRPr="006350B3">
        <w:rPr>
          <w:lang w:val="pl-PL"/>
        </w:rPr>
        <w:t>odpowiedzialności za szkody spowodowane kradzieżą, przerwą w dostawie prądu czy</w:t>
      </w:r>
      <w:r w:rsidR="006350B3">
        <w:rPr>
          <w:lang w:val="pl-PL"/>
        </w:rPr>
        <w:t xml:space="preserve"> </w:t>
      </w:r>
      <w:r w:rsidRPr="006350B3">
        <w:rPr>
          <w:lang w:val="pl-PL"/>
        </w:rPr>
        <w:t>przyczynami losowymi.</w:t>
      </w:r>
    </w:p>
    <w:p w:rsidR="00365460" w:rsidRPr="003F2179" w:rsidRDefault="00365460" w:rsidP="00365460">
      <w:pPr>
        <w:rPr>
          <w:lang w:val="pl-PL"/>
        </w:rPr>
      </w:pPr>
    </w:p>
    <w:p w:rsidR="00365460" w:rsidRPr="003F2179" w:rsidRDefault="00365460" w:rsidP="00365460">
      <w:pPr>
        <w:rPr>
          <w:lang w:val="pl-PL"/>
        </w:rPr>
      </w:pPr>
      <w:r w:rsidRPr="003F2179">
        <w:rPr>
          <w:lang w:val="pl-PL"/>
        </w:rPr>
        <w:t>V. BEZPIECZEŃSTWO I PORZĄDEK</w:t>
      </w:r>
    </w:p>
    <w:p w:rsidR="00365460" w:rsidRPr="006350B3" w:rsidRDefault="00365460" w:rsidP="006350B3">
      <w:pPr>
        <w:pStyle w:val="Akapitzlist"/>
        <w:numPr>
          <w:ilvl w:val="0"/>
          <w:numId w:val="15"/>
        </w:numPr>
        <w:rPr>
          <w:lang w:val="pl-PL"/>
        </w:rPr>
      </w:pPr>
      <w:r w:rsidRPr="006350B3">
        <w:rPr>
          <w:lang w:val="pl-PL"/>
        </w:rPr>
        <w:t>Zabrania się samowolnego zmieniania miejsca stoiska oraz organizowania stoisk poza</w:t>
      </w:r>
    </w:p>
    <w:p w:rsidR="00365460" w:rsidRPr="003F2179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godzinami działalności jarmarku.</w:t>
      </w:r>
    </w:p>
    <w:p w:rsidR="00365460" w:rsidRPr="006350B3" w:rsidRDefault="00365460" w:rsidP="006350B3">
      <w:pPr>
        <w:pStyle w:val="Akapitzlist"/>
        <w:numPr>
          <w:ilvl w:val="0"/>
          <w:numId w:val="15"/>
        </w:numPr>
        <w:rPr>
          <w:lang w:val="pl-PL"/>
        </w:rPr>
      </w:pPr>
      <w:r w:rsidRPr="006350B3">
        <w:rPr>
          <w:lang w:val="pl-PL"/>
        </w:rPr>
        <w:t>Wystawca ma prawo do eksponowania swoich wyrobów wyłącznie na swoim stoisku,</w:t>
      </w:r>
    </w:p>
    <w:p w:rsidR="00365460" w:rsidRPr="003F2179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zabrania się wystawiania przedmiotów poza jego obszarem.</w:t>
      </w:r>
    </w:p>
    <w:p w:rsidR="00365460" w:rsidRPr="006350B3" w:rsidRDefault="00365460" w:rsidP="006350B3">
      <w:pPr>
        <w:pStyle w:val="Akapitzlist"/>
        <w:numPr>
          <w:ilvl w:val="0"/>
          <w:numId w:val="15"/>
        </w:numPr>
        <w:rPr>
          <w:lang w:val="pl-PL"/>
        </w:rPr>
      </w:pPr>
      <w:r w:rsidRPr="006350B3">
        <w:rPr>
          <w:lang w:val="pl-PL"/>
        </w:rPr>
        <w:t>Wystawcy ponoszą odpowiedzialność za wyrządzone szkody w mieniu Sztumskiego</w:t>
      </w:r>
    </w:p>
    <w:p w:rsidR="00365460" w:rsidRPr="006350B3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Centrum Kultury lub osób trzecich. Za szkody wyrządzone przez osoby nieletnie</w:t>
      </w:r>
    </w:p>
    <w:p w:rsidR="00365460" w:rsidRPr="003F2179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towarzyszące wystawcom odpowiadają ich opiekunowie.</w:t>
      </w:r>
    </w:p>
    <w:p w:rsidR="00365460" w:rsidRPr="006350B3" w:rsidRDefault="00365460" w:rsidP="006350B3">
      <w:pPr>
        <w:pStyle w:val="Akapitzlist"/>
        <w:numPr>
          <w:ilvl w:val="0"/>
          <w:numId w:val="15"/>
        </w:numPr>
        <w:rPr>
          <w:lang w:val="pl-PL"/>
        </w:rPr>
      </w:pPr>
      <w:r w:rsidRPr="006350B3">
        <w:rPr>
          <w:lang w:val="pl-PL"/>
        </w:rPr>
        <w:t>W przypadku sprzedaży lub dystrybucji produktów żywnościowych odpowiedzialność</w:t>
      </w:r>
    </w:p>
    <w:p w:rsidR="00365460" w:rsidRPr="006350B3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za zgodność z obowiązującymi przepisami, w szczególności w zakresie sanitarno-</w:t>
      </w:r>
    </w:p>
    <w:p w:rsidR="00365460" w:rsidRPr="006350B3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epidemiologicznym, ponosi wystawca. Nie ma możliwości sprzedaży produktów</w:t>
      </w:r>
    </w:p>
    <w:p w:rsidR="00365460" w:rsidRPr="006350B3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spożywczych, przy</w:t>
      </w:r>
      <w:r w:rsidR="00FE76B3">
        <w:rPr>
          <w:lang w:val="pl-PL"/>
        </w:rPr>
        <w:t>gotowywanych</w:t>
      </w:r>
      <w:r w:rsidRPr="006350B3">
        <w:rPr>
          <w:lang w:val="pl-PL"/>
        </w:rPr>
        <w:t xml:space="preserve"> w trakcie trwania jarmarku.</w:t>
      </w:r>
    </w:p>
    <w:p w:rsidR="00365460" w:rsidRPr="006350B3" w:rsidRDefault="00365460" w:rsidP="006350B3">
      <w:pPr>
        <w:pStyle w:val="Akapitzlist"/>
        <w:numPr>
          <w:ilvl w:val="0"/>
          <w:numId w:val="15"/>
        </w:numPr>
        <w:rPr>
          <w:lang w:val="pl-PL"/>
        </w:rPr>
      </w:pPr>
      <w:r w:rsidRPr="006350B3">
        <w:rPr>
          <w:lang w:val="pl-PL"/>
        </w:rPr>
        <w:t>Wystawcy nie mogą używać otwartego ognia ani urządzeń zagrażających</w:t>
      </w:r>
    </w:p>
    <w:p w:rsidR="00365460" w:rsidRPr="003F2179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bezpieczeństwu.</w:t>
      </w:r>
    </w:p>
    <w:p w:rsidR="00365460" w:rsidRPr="006350B3" w:rsidRDefault="00365460" w:rsidP="006350B3">
      <w:pPr>
        <w:pStyle w:val="Akapitzlist"/>
        <w:numPr>
          <w:ilvl w:val="0"/>
          <w:numId w:val="15"/>
        </w:numPr>
        <w:rPr>
          <w:lang w:val="pl-PL"/>
        </w:rPr>
      </w:pPr>
      <w:r w:rsidRPr="006350B3">
        <w:rPr>
          <w:lang w:val="pl-PL"/>
        </w:rPr>
        <w:t>Wszyscy uczestnicy są zobowiązani do przestrzegania zasad bezpieczeństwa oraz</w:t>
      </w:r>
    </w:p>
    <w:p w:rsidR="00365460" w:rsidRDefault="00365460" w:rsidP="006350B3">
      <w:pPr>
        <w:pStyle w:val="Akapitzlist"/>
        <w:rPr>
          <w:lang w:val="pl-PL"/>
        </w:rPr>
      </w:pPr>
      <w:r w:rsidRPr="006350B3">
        <w:rPr>
          <w:lang w:val="pl-PL"/>
        </w:rPr>
        <w:t>przepisów prawa.</w:t>
      </w:r>
    </w:p>
    <w:p w:rsidR="006350B3" w:rsidRPr="003F2179" w:rsidRDefault="006350B3" w:rsidP="006350B3">
      <w:pPr>
        <w:pStyle w:val="Akapitzlist"/>
        <w:rPr>
          <w:lang w:val="pl-PL"/>
        </w:rPr>
      </w:pPr>
    </w:p>
    <w:p w:rsidR="00365460" w:rsidRPr="003F2179" w:rsidRDefault="00365460" w:rsidP="00365460">
      <w:pPr>
        <w:rPr>
          <w:lang w:val="pl-PL"/>
        </w:rPr>
      </w:pPr>
      <w:r w:rsidRPr="003F2179">
        <w:rPr>
          <w:lang w:val="pl-PL"/>
        </w:rPr>
        <w:t>VI. POSTANOWIENIA KOŃCOWE</w:t>
      </w:r>
    </w:p>
    <w:p w:rsidR="006350B3" w:rsidRPr="006350B3" w:rsidRDefault="006350B3" w:rsidP="006350B3">
      <w:pPr>
        <w:pStyle w:val="Akapitzlist"/>
        <w:numPr>
          <w:ilvl w:val="1"/>
          <w:numId w:val="17"/>
        </w:numPr>
        <w:rPr>
          <w:lang w:val="pl-PL"/>
        </w:rPr>
      </w:pPr>
      <w:r w:rsidRPr="006350B3">
        <w:rPr>
          <w:lang w:val="pl-PL"/>
        </w:rPr>
        <w:t>Regulamin jest do</w:t>
      </w:r>
      <w:r w:rsidR="00365460" w:rsidRPr="006350B3">
        <w:rPr>
          <w:lang w:val="pl-PL"/>
        </w:rPr>
        <w:t>stępny u organizatora oraz na stronie internetowej.</w:t>
      </w:r>
    </w:p>
    <w:p w:rsidR="00365460" w:rsidRPr="006350B3" w:rsidRDefault="00365460" w:rsidP="006350B3">
      <w:pPr>
        <w:pStyle w:val="Akapitzlist"/>
        <w:numPr>
          <w:ilvl w:val="1"/>
          <w:numId w:val="17"/>
        </w:numPr>
        <w:rPr>
          <w:lang w:val="pl-PL"/>
        </w:rPr>
      </w:pPr>
      <w:r w:rsidRPr="006350B3">
        <w:rPr>
          <w:lang w:val="pl-PL"/>
        </w:rPr>
        <w:t>W sprawach nieuregulowanych stosuje się przepisy prawa powszechnego.</w:t>
      </w:r>
    </w:p>
    <w:p w:rsidR="00365460" w:rsidRPr="006350B3" w:rsidRDefault="00365460" w:rsidP="006350B3">
      <w:pPr>
        <w:pStyle w:val="Akapitzlist"/>
        <w:numPr>
          <w:ilvl w:val="1"/>
          <w:numId w:val="17"/>
        </w:numPr>
        <w:rPr>
          <w:lang w:val="pl-PL"/>
        </w:rPr>
      </w:pPr>
      <w:r w:rsidRPr="006350B3">
        <w:rPr>
          <w:lang w:val="pl-PL"/>
        </w:rPr>
        <w:t>Organizator zastrzega możliwość wprowadzania zmian w regulaminie.</w:t>
      </w:r>
    </w:p>
    <w:p w:rsidR="00365460" w:rsidRDefault="00365460" w:rsidP="006350B3">
      <w:pPr>
        <w:pStyle w:val="Akapitzlist"/>
        <w:numPr>
          <w:ilvl w:val="1"/>
          <w:numId w:val="17"/>
        </w:numPr>
        <w:rPr>
          <w:lang w:val="pl-PL"/>
        </w:rPr>
      </w:pPr>
      <w:r w:rsidRPr="006350B3">
        <w:rPr>
          <w:lang w:val="pl-PL"/>
        </w:rPr>
        <w:t>Kontakt do organizatora</w:t>
      </w:r>
      <w:r w:rsidR="006350B3">
        <w:rPr>
          <w:lang w:val="pl-PL"/>
        </w:rPr>
        <w:t xml:space="preserve"> Karolina Ołdak-Puchalska</w:t>
      </w:r>
      <w:r w:rsidRPr="006350B3">
        <w:rPr>
          <w:lang w:val="pl-PL"/>
        </w:rPr>
        <w:t>, tel. 5</w:t>
      </w:r>
      <w:r w:rsidR="006350B3">
        <w:rPr>
          <w:lang w:val="pl-PL"/>
        </w:rPr>
        <w:t xml:space="preserve">38 513 272,                              e-mail: </w:t>
      </w:r>
      <w:hyperlink r:id="rId6" w:history="1">
        <w:r w:rsidR="00E554D1" w:rsidRPr="00903AAA">
          <w:rPr>
            <w:rStyle w:val="Hipercze"/>
            <w:lang w:val="pl-PL"/>
          </w:rPr>
          <w:t>k_oldak-puchalska@sztumsck.pl</w:t>
        </w:r>
      </w:hyperlink>
    </w:p>
    <w:p w:rsidR="00E554D1" w:rsidRDefault="00E554D1" w:rsidP="00E554D1">
      <w:pPr>
        <w:rPr>
          <w:lang w:val="pl-PL"/>
        </w:rPr>
      </w:pPr>
    </w:p>
    <w:p w:rsidR="00E554D1" w:rsidRDefault="00E554D1" w:rsidP="00E554D1">
      <w:pPr>
        <w:rPr>
          <w:lang w:val="pl-PL"/>
        </w:rPr>
      </w:pPr>
    </w:p>
    <w:p w:rsidR="00E554D1" w:rsidRPr="00E554D1" w:rsidRDefault="00E554D1" w:rsidP="00E554D1">
      <w:pPr>
        <w:jc w:val="center"/>
        <w:rPr>
          <w:lang w:val="pl-PL"/>
        </w:rPr>
      </w:pPr>
      <w:r w:rsidRPr="00E554D1">
        <w:rPr>
          <w:b/>
          <w:sz w:val="26"/>
          <w:lang w:val="pl-PL"/>
        </w:rPr>
        <w:lastRenderedPageBreak/>
        <w:t xml:space="preserve">ZGODA UCZESTNIKA </w:t>
      </w:r>
      <w:r>
        <w:rPr>
          <w:b/>
          <w:sz w:val="26"/>
          <w:lang w:val="pl-PL"/>
        </w:rPr>
        <w:t>I</w:t>
      </w:r>
      <w:r w:rsidRPr="00E554D1">
        <w:rPr>
          <w:b/>
          <w:sz w:val="26"/>
          <w:lang w:val="pl-PL"/>
        </w:rPr>
        <w:t>I SZTUMSKIEGO JARMARKU BOŻONARODZENIOWEGO</w:t>
      </w:r>
      <w:r w:rsidRPr="00E554D1">
        <w:rPr>
          <w:b/>
          <w:sz w:val="26"/>
          <w:lang w:val="pl-PL"/>
        </w:rPr>
        <w:br/>
        <w:t>NA PRZETWARZANIE DANYCH OSOBOWYCH</w:t>
      </w:r>
    </w:p>
    <w:p w:rsidR="00E554D1" w:rsidRPr="00E554D1" w:rsidRDefault="00E554D1" w:rsidP="00E554D1">
      <w:pPr>
        <w:rPr>
          <w:lang w:val="pl-PL"/>
        </w:rPr>
      </w:pPr>
    </w:p>
    <w:p w:rsidR="00E554D1" w:rsidRPr="00E554D1" w:rsidRDefault="00E554D1" w:rsidP="00E554D1">
      <w:pPr>
        <w:rPr>
          <w:lang w:val="pl-PL"/>
        </w:rPr>
      </w:pPr>
      <w:r w:rsidRPr="00E554D1">
        <w:rPr>
          <w:lang w:val="pl-PL"/>
        </w:rPr>
        <w:t>Ja, niżej podpisany/a: ................................................................................................</w:t>
      </w:r>
    </w:p>
    <w:p w:rsidR="00E554D1" w:rsidRPr="00E554D1" w:rsidRDefault="00E554D1" w:rsidP="00E554D1">
      <w:pPr>
        <w:rPr>
          <w:lang w:val="pl-PL"/>
        </w:rPr>
      </w:pPr>
    </w:p>
    <w:p w:rsidR="00E554D1" w:rsidRPr="00E554D1" w:rsidRDefault="00E554D1" w:rsidP="00E554D1">
      <w:pPr>
        <w:jc w:val="both"/>
        <w:rPr>
          <w:lang w:val="pl-PL"/>
        </w:rPr>
      </w:pPr>
      <w:r w:rsidRPr="00E554D1">
        <w:rPr>
          <w:lang w:val="pl-PL"/>
        </w:rPr>
        <w:t>oświadczam, że zapoznałem/</w:t>
      </w:r>
      <w:proofErr w:type="spellStart"/>
      <w:r w:rsidRPr="00E554D1">
        <w:rPr>
          <w:lang w:val="pl-PL"/>
        </w:rPr>
        <w:t>am</w:t>
      </w:r>
      <w:proofErr w:type="spellEnd"/>
      <w:r w:rsidRPr="00E554D1">
        <w:rPr>
          <w:lang w:val="pl-PL"/>
        </w:rPr>
        <w:t xml:space="preserve"> się z treścią Regulaminu I</w:t>
      </w:r>
      <w:r>
        <w:rPr>
          <w:lang w:val="pl-PL"/>
        </w:rPr>
        <w:t>I</w:t>
      </w:r>
      <w:r w:rsidRPr="00E554D1">
        <w:rPr>
          <w:lang w:val="pl-PL"/>
        </w:rPr>
        <w:t xml:space="preserve"> Sztumskiego Jarmarku Bożonarodzeniowego, który odbędz</w:t>
      </w:r>
      <w:r>
        <w:rPr>
          <w:lang w:val="pl-PL"/>
        </w:rPr>
        <w:t xml:space="preserve">ie się w dniu 6 grudnia 2026 roku przy kościele </w:t>
      </w:r>
      <w:proofErr w:type="spellStart"/>
      <w:r>
        <w:rPr>
          <w:lang w:val="pl-PL"/>
        </w:rPr>
        <w:t>p</w:t>
      </w:r>
      <w:r w:rsidRPr="00E554D1">
        <w:rPr>
          <w:lang w:val="pl-PL"/>
        </w:rPr>
        <w:t>oewangelickim</w:t>
      </w:r>
      <w:proofErr w:type="spellEnd"/>
      <w:r w:rsidRPr="00E554D1">
        <w:rPr>
          <w:lang w:val="pl-PL"/>
        </w:rPr>
        <w:t xml:space="preserve"> w Sztumie, oraz wyrażam zgodę na przetwarzanie moich danych osobowych w zakresie niezbędnym do organizacji i realizacji tego wydarzenia przez organizatora: Sztumskie Centrum Kultury.</w:t>
      </w:r>
    </w:p>
    <w:p w:rsidR="00E554D1" w:rsidRDefault="00E554D1" w:rsidP="00E554D1">
      <w:proofErr w:type="spellStart"/>
      <w:r>
        <w:t>Wyrażam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>rejestrowanie mojego wizerunku w formie zdjęć, nagrań wideo lub audio podczas Jarmarku oraz ich nieodpłatne wykorzystanie przez organizatora w celach promocyjnych i dokumentacyjnych, w tym publikację w mediach społecznościowych, na stronach internetowych oraz materiałach drukowanych;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>przetwarzanie moich danych osobowych zgodnie z obowiązującymi przepisami RODO (Rozporządzenia Parlamentu Europejskiego i Rady (UE) 2016/679 z dnia 27 kwietnia 2016 r.);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 xml:space="preserve">przechowywanie moich danych przez okres niezbędny do realizacji celów związanych </w:t>
      </w:r>
      <w:r>
        <w:rPr>
          <w:lang w:val="pl-PL"/>
        </w:rPr>
        <w:t xml:space="preserve">                                    </w:t>
      </w:r>
      <w:r w:rsidRPr="00E554D1">
        <w:rPr>
          <w:lang w:val="pl-PL"/>
        </w:rPr>
        <w:t>z organizacją Jarmarku oraz zgodnie z przepisami o archiwizacji dokumentów.</w:t>
      </w:r>
    </w:p>
    <w:p w:rsidR="00E554D1" w:rsidRDefault="00E554D1" w:rsidP="00E554D1">
      <w:proofErr w:type="spellStart"/>
      <w:r>
        <w:t>Informuję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>podanie danych jest dobrowolne, jednak brak zgody uniemożliwia udział w Jarmarku;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>przysługuje mi prawo dostępu do moich danych, ich sprostowania, usunięcia, ograniczenia przetwarzania oraz prawo do wniesienia sprzeciwu wobec przetwarzania danych;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>mogę w każdej chwili cofnąć zgodę na przetwarzanie danych osobowych, jednak cofnięcie zgody nie wpływa na zgodność z prawem przetwarzania danych przed jej cofnięciem;</w:t>
      </w:r>
    </w:p>
    <w:p w:rsidR="00E554D1" w:rsidRPr="00E554D1" w:rsidRDefault="00E554D1" w:rsidP="00E554D1">
      <w:pPr>
        <w:pStyle w:val="Listapunktowana"/>
        <w:jc w:val="both"/>
        <w:rPr>
          <w:lang w:val="pl-PL"/>
        </w:rPr>
      </w:pPr>
      <w:r w:rsidRPr="00E554D1">
        <w:rPr>
          <w:lang w:val="pl-PL"/>
        </w:rPr>
        <w:t>mam prawo wniesienia skargi do Prezesa Urzędu Ochrony Danych Osobowych w przypadku naruszenia przepisów dotyczących ochrony danych osobowych.</w:t>
      </w:r>
    </w:p>
    <w:p w:rsidR="00E554D1" w:rsidRPr="00E554D1" w:rsidRDefault="00E554D1" w:rsidP="00E554D1">
      <w:pPr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E554D1" w:rsidTr="007B4A0D">
        <w:tc>
          <w:tcPr>
            <w:tcW w:w="4824" w:type="dxa"/>
          </w:tcPr>
          <w:p w:rsidR="00E554D1" w:rsidRDefault="00E554D1" w:rsidP="007B4A0D">
            <w:r w:rsidRPr="00E554D1">
              <w:rPr>
                <w:lang w:val="pl-PL"/>
              </w:rPr>
              <w:br/>
            </w:r>
            <w:r w:rsidRPr="00E554D1">
              <w:rPr>
                <w:lang w:val="pl-PL"/>
              </w:rPr>
              <w:br/>
            </w:r>
            <w:r>
              <w:t>........................</w:t>
            </w:r>
            <w:r>
              <w:t>................</w:t>
            </w:r>
            <w:r>
              <w:br/>
              <w:t>(data</w:t>
            </w:r>
            <w:r>
              <w:t>)</w:t>
            </w:r>
          </w:p>
        </w:tc>
        <w:tc>
          <w:tcPr>
            <w:tcW w:w="4824" w:type="dxa"/>
          </w:tcPr>
          <w:p w:rsidR="00E554D1" w:rsidRDefault="00E554D1" w:rsidP="007B4A0D">
            <w:r>
              <w:br/>
            </w:r>
            <w:r>
              <w:br/>
            </w:r>
            <w:r>
              <w:t xml:space="preserve">            ………………….</w:t>
            </w:r>
            <w:r>
              <w:t>........................................</w:t>
            </w:r>
            <w:r>
              <w:br/>
            </w:r>
            <w:r>
              <w:t xml:space="preserve">               </w:t>
            </w:r>
            <w:r>
              <w:t>(</w:t>
            </w:r>
            <w:proofErr w:type="spellStart"/>
            <w:r>
              <w:t>czytelny</w:t>
            </w:r>
            <w:proofErr w:type="spellEnd"/>
            <w:r>
              <w:t xml:space="preserve"> </w:t>
            </w:r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uczestnika</w:t>
            </w:r>
            <w:proofErr w:type="spellEnd"/>
            <w:r>
              <w:t>)</w:t>
            </w:r>
          </w:p>
        </w:tc>
      </w:tr>
      <w:tr w:rsidR="00E554D1" w:rsidTr="007B4A0D">
        <w:tc>
          <w:tcPr>
            <w:tcW w:w="4824" w:type="dxa"/>
          </w:tcPr>
          <w:p w:rsidR="00E554D1" w:rsidRPr="00E554D1" w:rsidRDefault="00E554D1" w:rsidP="007B4A0D">
            <w:pPr>
              <w:rPr>
                <w:lang w:val="pl-PL"/>
              </w:rPr>
            </w:pPr>
          </w:p>
        </w:tc>
        <w:tc>
          <w:tcPr>
            <w:tcW w:w="4824" w:type="dxa"/>
          </w:tcPr>
          <w:p w:rsidR="00E554D1" w:rsidRDefault="00E554D1" w:rsidP="007B4A0D"/>
        </w:tc>
      </w:tr>
    </w:tbl>
    <w:p w:rsidR="006C5A71" w:rsidRPr="00A94A17" w:rsidRDefault="006C5A71" w:rsidP="006C5A71">
      <w:pPr>
        <w:spacing w:after="0"/>
        <w:jc w:val="both"/>
        <w:rPr>
          <w:sz w:val="21"/>
          <w:szCs w:val="21"/>
          <w:lang w:val="pl-PL"/>
        </w:rPr>
      </w:pPr>
      <w:bookmarkStart w:id="0" w:name="_GoBack"/>
      <w:bookmarkEnd w:id="0"/>
      <w:r w:rsidRPr="00A94A17">
        <w:rPr>
          <w:sz w:val="21"/>
          <w:szCs w:val="21"/>
          <w:lang w:val="pl-PL"/>
        </w:rPr>
        <w:br/>
      </w:r>
    </w:p>
    <w:p w:rsidR="006C5A71" w:rsidRPr="006C5A71" w:rsidRDefault="006C5A71">
      <w:pPr>
        <w:rPr>
          <w:lang w:val="pl-PL"/>
        </w:rPr>
      </w:pPr>
    </w:p>
    <w:sectPr w:rsidR="006C5A71" w:rsidRPr="006C5A71" w:rsidSect="006350B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320FBE"/>
    <w:multiLevelType w:val="hybridMultilevel"/>
    <w:tmpl w:val="2B9A0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194E8E"/>
    <w:multiLevelType w:val="hybridMultilevel"/>
    <w:tmpl w:val="B2609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06717"/>
    <w:multiLevelType w:val="hybridMultilevel"/>
    <w:tmpl w:val="5CD0F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859F3"/>
    <w:multiLevelType w:val="hybridMultilevel"/>
    <w:tmpl w:val="2D16F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D76E9"/>
    <w:multiLevelType w:val="hybridMultilevel"/>
    <w:tmpl w:val="E940C68E"/>
    <w:lvl w:ilvl="0" w:tplc="6FCA2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67529"/>
    <w:multiLevelType w:val="hybridMultilevel"/>
    <w:tmpl w:val="CA1A0204"/>
    <w:lvl w:ilvl="0" w:tplc="FC4ED7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10417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43CEA"/>
    <w:multiLevelType w:val="hybridMultilevel"/>
    <w:tmpl w:val="4F4EFBFE"/>
    <w:lvl w:ilvl="0" w:tplc="945CF66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CF6FA5"/>
    <w:multiLevelType w:val="hybridMultilevel"/>
    <w:tmpl w:val="73E45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1"/>
  </w:num>
  <w:num w:numId="12">
    <w:abstractNumId w:val="10"/>
  </w:num>
  <w:num w:numId="13">
    <w:abstractNumId w:val="12"/>
  </w:num>
  <w:num w:numId="14">
    <w:abstractNumId w:val="9"/>
  </w:num>
  <w:num w:numId="15">
    <w:abstractNumId w:val="13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0E92"/>
    <w:rsid w:val="00034616"/>
    <w:rsid w:val="0006063C"/>
    <w:rsid w:val="0007552E"/>
    <w:rsid w:val="0015074B"/>
    <w:rsid w:val="001757D9"/>
    <w:rsid w:val="0029639D"/>
    <w:rsid w:val="00326F90"/>
    <w:rsid w:val="00365460"/>
    <w:rsid w:val="00461E72"/>
    <w:rsid w:val="004633B3"/>
    <w:rsid w:val="006260F0"/>
    <w:rsid w:val="006350B3"/>
    <w:rsid w:val="006C5A71"/>
    <w:rsid w:val="008A39BA"/>
    <w:rsid w:val="00AA1D8D"/>
    <w:rsid w:val="00B43EC0"/>
    <w:rsid w:val="00B47730"/>
    <w:rsid w:val="00BC0B6A"/>
    <w:rsid w:val="00CA2C4E"/>
    <w:rsid w:val="00CB0664"/>
    <w:rsid w:val="00CD57D9"/>
    <w:rsid w:val="00DA1946"/>
    <w:rsid w:val="00E554D1"/>
    <w:rsid w:val="00E72C95"/>
    <w:rsid w:val="00FC693F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3172EBF-7C4F-410D-BFCD-9436B40E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72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C9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554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_oldak-puchalska@sztums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DE4FD0-9078-4A2F-A5EF-61CA99A3D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1129</Words>
  <Characters>6779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Ołdak-Puchalska</cp:lastModifiedBy>
  <cp:revision>7</cp:revision>
  <cp:lastPrinted>2026-10-13T06:53:00Z</cp:lastPrinted>
  <dcterms:created xsi:type="dcterms:W3CDTF">2026-10-12T11:11:00Z</dcterms:created>
  <dcterms:modified xsi:type="dcterms:W3CDTF">2026-10-13T09:32:00Z</dcterms:modified>
  <cp:category/>
</cp:coreProperties>
</file>